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A2613" w14:textId="77777777" w:rsidR="00850E30" w:rsidRDefault="00754613">
      <w:r>
        <w:rPr>
          <w:b/>
          <w:sz w:val="32"/>
        </w:rPr>
        <w:t>Murrumburrah Harden Show Society Inc.</w:t>
      </w:r>
    </w:p>
    <w:p w14:paraId="6F039831" w14:textId="77777777" w:rsidR="00850E30" w:rsidRDefault="00754613">
      <w:r>
        <w:t>A.B.N 85 025 229 320</w:t>
      </w:r>
    </w:p>
    <w:p w14:paraId="77F28237" w14:textId="77777777" w:rsidR="00850E30" w:rsidRDefault="00754613">
      <w:r>
        <w:t>hardenshowoffice@gmail.com</w:t>
      </w:r>
    </w:p>
    <w:p w14:paraId="2D7A5FE8" w14:textId="77777777" w:rsidR="00850E30" w:rsidRDefault="00754613">
      <w:r>
        <w:t>President - Andrew Jones    Treasurer - Wendy Weston    Secretary - Sarah Jones</w:t>
      </w:r>
    </w:p>
    <w:p w14:paraId="4ABE1EB9" w14:textId="77777777" w:rsidR="00850E30" w:rsidRDefault="00850E30"/>
    <w:p w14:paraId="7AAD7812" w14:textId="77777777" w:rsidR="00850E30" w:rsidRDefault="00754613">
      <w:r>
        <w:t>Dear valued member,</w:t>
      </w:r>
    </w:p>
    <w:p w14:paraId="6BE434B6" w14:textId="77777777" w:rsidR="00850E30" w:rsidRDefault="00754613">
      <w:r>
        <w:t>Another year has come and gone, and once again it is show time! We are excited to welcome everyone back for the 2026 Show, with even more happening this year and plenty for the community to enjoy.</w:t>
      </w:r>
    </w:p>
    <w:p w14:paraId="2CC712CB" w14:textId="77777777" w:rsidR="00850E30" w:rsidRDefault="00754613">
      <w:r>
        <w:t>Following the success and enthusiasm surrounding last year’s event, we are thrilled to be bringing back our bull ride for its second year. We thank the Rodeo Committee for their continued support and commitment in helping deliver another exciting attraction for our show.</w:t>
      </w:r>
    </w:p>
    <w:p w14:paraId="6C28C624" w14:textId="77777777" w:rsidR="00850E30" w:rsidRDefault="00754613">
      <w:r>
        <w:t>This year we have continued to focus on securing a variety of attractions, entertainment and activities to ensure there is something for everyone. We have worked hard to bring new and exciting additions to complement the traditions that make our show such a special event for the community.</w:t>
      </w:r>
    </w:p>
    <w:p w14:paraId="73464F75" w14:textId="77777777" w:rsidR="00850E30" w:rsidRDefault="00754613">
      <w:r>
        <w:t>As always we can’t wait to showcase everything our wonderful community has to offer and look forward to welcoming you all to our 2026 show.</w:t>
      </w:r>
    </w:p>
    <w:p w14:paraId="6B63296C" w14:textId="77777777" w:rsidR="00850E30" w:rsidRDefault="00754613">
      <w:r>
        <w:t>We will be holding our Presidents Luncheon in the Secretary’s Office from 12 noon and invite you all to come along, with our grand opening to follow.</w:t>
      </w:r>
    </w:p>
    <w:p w14:paraId="5639000E" w14:textId="77777777" w:rsidR="00850E30" w:rsidRDefault="00754613">
      <w:r>
        <w:t>Andrew Jones</w:t>
      </w:r>
    </w:p>
    <w:p w14:paraId="63C4019C" w14:textId="77777777" w:rsidR="00850E30" w:rsidRDefault="00754613">
      <w:r>
        <w:t>President</w:t>
      </w:r>
    </w:p>
    <w:p w14:paraId="717EA66B" w14:textId="77777777" w:rsidR="00850E30" w:rsidRDefault="00754613">
      <w:r>
        <w:t>_______________________________________________</w:t>
      </w:r>
    </w:p>
    <w:p w14:paraId="22C35487" w14:textId="77777777" w:rsidR="00850E30" w:rsidRDefault="00754613">
      <w:r>
        <w:rPr>
          <w:b/>
          <w:u w:val="single"/>
        </w:rPr>
        <w:t>Membership Form</w:t>
      </w:r>
    </w:p>
    <w:p w14:paraId="3A8E8A0C" w14:textId="77777777" w:rsidR="00850E30" w:rsidRDefault="00754613">
      <w:r>
        <w:t>Name: ______________________________________</w:t>
      </w:r>
    </w:p>
    <w:p w14:paraId="0952C162" w14:textId="77777777" w:rsidR="00850E30" w:rsidRDefault="00754613">
      <w:r>
        <w:t>Address: ____________________________________</w:t>
      </w:r>
    </w:p>
    <w:p w14:paraId="46D189F8" w14:textId="77777777" w:rsidR="00850E30" w:rsidRDefault="00754613">
      <w:r>
        <w:t>_____________________________________________</w:t>
      </w:r>
    </w:p>
    <w:p w14:paraId="6FA6BFDD" w14:textId="77777777" w:rsidR="00850E30" w:rsidRDefault="00754613">
      <w:r>
        <w:t>Contact number: _____________________________</w:t>
      </w:r>
    </w:p>
    <w:p w14:paraId="6B1B7A24" w14:textId="77777777" w:rsidR="00850E30" w:rsidRDefault="00850E30"/>
    <w:p w14:paraId="1829B6D5" w14:textId="77777777" w:rsidR="00850E30" w:rsidRDefault="00754613">
      <w:r>
        <w:lastRenderedPageBreak/>
        <w:t>Murrumburrah Harden Show Society Inc.</w:t>
      </w:r>
    </w:p>
    <w:p w14:paraId="1357D7AF" w14:textId="77777777" w:rsidR="00850E30" w:rsidRDefault="00754613">
      <w:r>
        <w:t>BSB 633 000   Account 130 688 906</w:t>
      </w:r>
    </w:p>
    <w:p w14:paraId="2BFA00EF" w14:textId="77777777" w:rsidR="00850E30" w:rsidRDefault="00754613">
      <w:r>
        <w:t>Bendigo Bank</w:t>
      </w:r>
    </w:p>
    <w:p w14:paraId="310298AF" w14:textId="77777777" w:rsidR="00850E30" w:rsidRDefault="00754613">
      <w:r>
        <w:t>Amount $35</w:t>
      </w:r>
    </w:p>
    <w:p w14:paraId="4BA82C78" w14:textId="77777777" w:rsidR="00850E30" w:rsidRDefault="00754613">
      <w:r>
        <w:t>(Please use your last name and first initial as reference, eg. S Jones MFee)</w:t>
      </w:r>
    </w:p>
    <w:sectPr w:rsidR="00850E3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73678497">
    <w:abstractNumId w:val="8"/>
  </w:num>
  <w:num w:numId="2" w16cid:durableId="1641306899">
    <w:abstractNumId w:val="6"/>
  </w:num>
  <w:num w:numId="3" w16cid:durableId="192546974">
    <w:abstractNumId w:val="5"/>
  </w:num>
  <w:num w:numId="4" w16cid:durableId="725647301">
    <w:abstractNumId w:val="4"/>
  </w:num>
  <w:num w:numId="5" w16cid:durableId="1753575691">
    <w:abstractNumId w:val="7"/>
  </w:num>
  <w:num w:numId="6" w16cid:durableId="699861417">
    <w:abstractNumId w:val="3"/>
  </w:num>
  <w:num w:numId="7" w16cid:durableId="2037997131">
    <w:abstractNumId w:val="2"/>
  </w:num>
  <w:num w:numId="8" w16cid:durableId="1169906903">
    <w:abstractNumId w:val="1"/>
  </w:num>
  <w:num w:numId="9" w16cid:durableId="1781297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5062"/>
    <w:rsid w:val="0029639D"/>
    <w:rsid w:val="00326F90"/>
    <w:rsid w:val="00754613"/>
    <w:rsid w:val="00850E30"/>
    <w:rsid w:val="00AA1D8D"/>
    <w:rsid w:val="00B47730"/>
    <w:rsid w:val="00CB0664"/>
    <w:rsid w:val="00EA575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66EFD9"/>
  <w14:defaultImageDpi w14:val="300"/>
  <w15:docId w15:val="{B84ED6E5-8234-47F0-8EDB-69DA3E19C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275</Words>
  <Characters>1406</Characters>
  <Application>Microsoft Office Word</Application>
  <DocSecurity>0</DocSecurity>
  <Lines>351</Lines>
  <Paragraphs>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Antonia Brown - HRDC</cp:lastModifiedBy>
  <cp:revision>2</cp:revision>
  <dcterms:created xsi:type="dcterms:W3CDTF">2026-10-23T03:46:00Z</dcterms:created>
  <dcterms:modified xsi:type="dcterms:W3CDTF">2026-10-23T03:46:00Z</dcterms:modified>
  <cp:category/>
</cp:coreProperties>
</file>